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D1810" w14:textId="77777777" w:rsidR="003F4339" w:rsidRPr="008E6286" w:rsidRDefault="00000000">
      <w:pPr>
        <w:keepNext/>
        <w:spacing w:before="60" w:after="60" w:line="240" w:lineRule="auto"/>
        <w:rPr>
          <w:rFonts w:asciiTheme="majorHAnsi" w:hAnsiTheme="majorHAnsi" w:cstheme="majorHAnsi"/>
        </w:rPr>
      </w:pPr>
      <w:r w:rsidRPr="008E6286">
        <w:rPr>
          <w:rFonts w:asciiTheme="majorHAnsi" w:hAnsiTheme="majorHAnsi" w:cstheme="majorHAnsi"/>
          <w:b/>
          <w:color w:val="17324D"/>
          <w:sz w:val="50"/>
        </w:rPr>
        <w:t>DER 30-MINUTEN-</w:t>
      </w:r>
      <w:r w:rsidRPr="008E6286">
        <w:rPr>
          <w:rFonts w:asciiTheme="majorHAnsi" w:hAnsiTheme="majorHAnsi" w:cstheme="majorHAnsi"/>
          <w:b/>
          <w:color w:val="2A6F97"/>
          <w:sz w:val="50"/>
        </w:rPr>
        <w:t>KRISENTEST</w:t>
      </w:r>
    </w:p>
    <w:p w14:paraId="0DC116FA" w14:textId="77777777" w:rsidR="003F4339" w:rsidRPr="008E6286" w:rsidRDefault="00000000">
      <w:pPr>
        <w:keepNext/>
        <w:spacing w:after="140" w:line="252" w:lineRule="auto"/>
        <w:rPr>
          <w:rFonts w:asciiTheme="majorHAnsi" w:hAnsiTheme="majorHAnsi" w:cstheme="majorHAnsi"/>
        </w:rPr>
      </w:pPr>
      <w:r w:rsidRPr="008E6286">
        <w:rPr>
          <w:rFonts w:asciiTheme="majorHAnsi" w:hAnsiTheme="majorHAnsi" w:cstheme="majorHAnsi"/>
          <w:b/>
          <w:color w:val="5B6770"/>
          <w:sz w:val="24"/>
        </w:rPr>
        <w:t>Wie stabil ist dein Business, wenn etwas nicht nach Plan läuft?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83"/>
        <w:gridCol w:w="5083"/>
      </w:tblGrid>
      <w:tr w:rsidR="003F4339" w:rsidRPr="008E6286" w14:paraId="294960F7" w14:textId="77777777">
        <w:trPr>
          <w:jc w:val="center"/>
        </w:trPr>
        <w:tc>
          <w:tcPr>
            <w:tcW w:w="5083" w:type="dxa"/>
            <w:tcBorders>
              <w:top w:val="single" w:sz="6" w:space="0" w:color="D6DEE5"/>
              <w:left w:val="single" w:sz="6" w:space="0" w:color="D6DEE5"/>
              <w:bottom w:val="single" w:sz="6" w:space="0" w:color="D6DEE5"/>
              <w:right w:val="single" w:sz="6" w:space="0" w:color="D6DEE5"/>
            </w:tcBorders>
            <w:shd w:val="clear" w:color="auto" w:fill="F5F8FA"/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439B1D48" w14:textId="77777777" w:rsidR="003F4339" w:rsidRPr="008E6286" w:rsidRDefault="00000000">
            <w:pPr>
              <w:spacing w:after="60" w:line="252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b/>
                <w:color w:val="2A6F97"/>
                <w:sz w:val="19"/>
              </w:rPr>
              <w:t>SO NUTZT DU DEN TEST</w:t>
            </w:r>
          </w:p>
          <w:p w14:paraId="30BF304B" w14:textId="77777777" w:rsidR="003F4339" w:rsidRPr="008E6286" w:rsidRDefault="00000000">
            <w:pPr>
              <w:spacing w:after="0" w:line="269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sz w:val="18"/>
              </w:rPr>
              <w:t>Beantworte die fünf Szenarien ehrlich und markiere jeweils Grün, Gelb oder Rot. Wähle am Ende nur ein kritisches Feld und lege dafür eine konkrete Maßnahme fest.</w:t>
            </w:r>
          </w:p>
        </w:tc>
        <w:tc>
          <w:tcPr>
            <w:tcW w:w="5083" w:type="dxa"/>
            <w:tcBorders>
              <w:top w:val="single" w:sz="6" w:space="0" w:color="D6DEE5"/>
              <w:left w:val="single" w:sz="6" w:space="0" w:color="D6DEE5"/>
              <w:bottom w:val="single" w:sz="6" w:space="0" w:color="D6DEE5"/>
              <w:right w:val="single" w:sz="6" w:space="0" w:color="D6DEE5"/>
            </w:tcBorders>
            <w:shd w:val="clear" w:color="auto" w:fill="F5F8FA"/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31AC7E9F" w14:textId="77777777" w:rsidR="003F4339" w:rsidRPr="008E6286" w:rsidRDefault="00000000">
            <w:pPr>
              <w:spacing w:after="4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b/>
                <w:color w:val="2A6F97"/>
                <w:sz w:val="19"/>
              </w:rPr>
              <w:t>AMPELLOGIK</w:t>
            </w:r>
          </w:p>
          <w:p w14:paraId="41825747" w14:textId="77777777" w:rsidR="003F4339" w:rsidRPr="008E6286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b/>
                <w:color w:val="3B6B35"/>
                <w:sz w:val="17"/>
              </w:rPr>
              <w:t xml:space="preserve">GRÜN: </w:t>
            </w:r>
            <w:r w:rsidRPr="008E6286">
              <w:rPr>
                <w:rFonts w:asciiTheme="majorHAnsi" w:hAnsiTheme="majorHAnsi" w:cstheme="majorHAnsi"/>
                <w:color w:val="5B6770"/>
                <w:sz w:val="17"/>
              </w:rPr>
              <w:t>Plan B vorhanden</w:t>
            </w:r>
          </w:p>
          <w:p w14:paraId="405B1D81" w14:textId="77777777" w:rsidR="003F4339" w:rsidRPr="008E6286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b/>
                <w:color w:val="8A6815"/>
                <w:sz w:val="17"/>
              </w:rPr>
              <w:t xml:space="preserve">GELB: </w:t>
            </w:r>
            <w:r w:rsidRPr="008E6286">
              <w:rPr>
                <w:rFonts w:asciiTheme="majorHAnsi" w:hAnsiTheme="majorHAnsi" w:cstheme="majorHAnsi"/>
                <w:color w:val="5B6770"/>
                <w:sz w:val="17"/>
              </w:rPr>
              <w:t>Risiko bekannt</w:t>
            </w:r>
          </w:p>
          <w:p w14:paraId="0287A81F" w14:textId="77777777" w:rsidR="003F4339" w:rsidRPr="008E6286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b/>
                <w:color w:val="9C3440"/>
                <w:sz w:val="17"/>
              </w:rPr>
              <w:t xml:space="preserve">ROT: </w:t>
            </w:r>
            <w:r w:rsidRPr="008E6286">
              <w:rPr>
                <w:rFonts w:asciiTheme="majorHAnsi" w:hAnsiTheme="majorHAnsi" w:cstheme="majorHAnsi"/>
                <w:color w:val="5B6770"/>
                <w:sz w:val="17"/>
              </w:rPr>
              <w:t>Keine belastbare Antwort</w:t>
            </w:r>
          </w:p>
        </w:tc>
      </w:tr>
    </w:tbl>
    <w:p w14:paraId="7F19A3F1" w14:textId="77777777" w:rsidR="003F4339" w:rsidRPr="008E6286" w:rsidRDefault="003F4339">
      <w:pPr>
        <w:spacing w:after="80" w:line="240" w:lineRule="auto"/>
        <w:rPr>
          <w:rFonts w:asciiTheme="majorHAnsi" w:hAnsiTheme="majorHAnsi" w:cstheme="majorHAnsi"/>
        </w:rPr>
      </w:pPr>
    </w:p>
    <w:tbl>
      <w:tblPr>
        <w:tblW w:w="10152" w:type="dxa"/>
        <w:jc w:val="center"/>
        <w:tblLayout w:type="fixed"/>
        <w:tblLook w:val="04A0" w:firstRow="1" w:lastRow="0" w:firstColumn="1" w:lastColumn="0" w:noHBand="0" w:noVBand="1"/>
      </w:tblPr>
      <w:tblGrid>
        <w:gridCol w:w="10152"/>
      </w:tblGrid>
      <w:tr w:rsidR="003F4339" w:rsidRPr="008E6286" w14:paraId="1D4E3046" w14:textId="77777777">
        <w:trPr>
          <w:cantSplit/>
          <w:jc w:val="center"/>
        </w:trPr>
        <w:tc>
          <w:tcPr>
            <w:tcW w:w="10152" w:type="dxa"/>
            <w:tcBorders>
              <w:top w:val="single" w:sz="8" w:space="0" w:color="17324D"/>
              <w:left w:val="single" w:sz="8" w:space="0" w:color="17324D"/>
              <w:right w:val="single" w:sz="8" w:space="0" w:color="17324D"/>
            </w:tcBorders>
            <w:shd w:val="clear" w:color="auto" w:fill="17324D"/>
            <w:tcMar>
              <w:top w:w="120" w:type="dxa"/>
              <w:left w:w="160" w:type="dxa"/>
              <w:bottom w:w="110" w:type="dxa"/>
              <w:right w:w="160" w:type="dxa"/>
            </w:tcMar>
            <w:vAlign w:val="center"/>
          </w:tcPr>
          <w:p w14:paraId="15B35EF2" w14:textId="77777777" w:rsidR="003F4339" w:rsidRPr="008E6286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b/>
                <w:color w:val="E9A23B"/>
                <w:sz w:val="20"/>
              </w:rPr>
              <w:t xml:space="preserve">TEST 1  </w:t>
            </w:r>
            <w:r w:rsidRPr="008E6286">
              <w:rPr>
                <w:rFonts w:asciiTheme="majorHAnsi" w:hAnsiTheme="majorHAnsi" w:cstheme="majorHAnsi"/>
                <w:b/>
                <w:color w:val="FFFFFF"/>
                <w:sz w:val="26"/>
              </w:rPr>
              <w:t>KUNDENABHÄNGIGKEIT</w:t>
            </w:r>
          </w:p>
        </w:tc>
      </w:tr>
      <w:tr w:rsidR="003F4339" w:rsidRPr="008E6286" w14:paraId="72C8B0D5" w14:textId="77777777">
        <w:trPr>
          <w:cantSplit/>
          <w:jc w:val="center"/>
        </w:trPr>
        <w:tc>
          <w:tcPr>
            <w:tcW w:w="10152" w:type="dxa"/>
            <w:tcBorders>
              <w:left w:val="single" w:sz="8" w:space="0" w:color="D6DEE5"/>
              <w:right w:val="single" w:sz="8" w:space="0" w:color="D6DEE5"/>
            </w:tcBorders>
            <w:shd w:val="clear" w:color="auto" w:fill="EAF2F7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B9EB669" w14:textId="77777777" w:rsidR="003F4339" w:rsidRPr="008E6286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b/>
                <w:color w:val="2A6F97"/>
                <w:sz w:val="20"/>
              </w:rPr>
              <w:t>Dein größter Kunde kündigt morgen. Wie handlungsfähig bist du?</w:t>
            </w:r>
          </w:p>
        </w:tc>
      </w:tr>
      <w:tr w:rsidR="003F4339" w:rsidRPr="008E6286" w14:paraId="4F66F9D8" w14:textId="77777777">
        <w:trPr>
          <w:cantSplit/>
          <w:jc w:val="center"/>
        </w:trPr>
        <w:tc>
          <w:tcPr>
            <w:tcW w:w="10152" w:type="dxa"/>
            <w:tcBorders>
              <w:left w:val="single" w:sz="8" w:space="0" w:color="D6DEE5"/>
              <w:right w:val="single" w:sz="8" w:space="0" w:color="D6DEE5"/>
            </w:tcBorders>
            <w:tcMar>
              <w:top w:w="110" w:type="dxa"/>
              <w:left w:w="160" w:type="dxa"/>
              <w:bottom w:w="80" w:type="dxa"/>
              <w:right w:w="160" w:type="dxa"/>
            </w:tcMar>
            <w:vAlign w:val="center"/>
          </w:tcPr>
          <w:p w14:paraId="1834E1A7" w14:textId="77777777" w:rsidR="003F4339" w:rsidRPr="008E6286" w:rsidRDefault="00000000">
            <w:pPr>
              <w:spacing w:after="2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b/>
                <w:color w:val="5B6770"/>
                <w:sz w:val="18"/>
              </w:rPr>
              <w:t>Anteil des größten Kunden am Jahresumsatz: ______ %</w:t>
            </w:r>
          </w:p>
          <w:p w14:paraId="3FC18A53" w14:textId="77777777" w:rsidR="003F4339" w:rsidRPr="008E6286" w:rsidRDefault="00000000">
            <w:pPr>
              <w:spacing w:after="2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b/>
                <w:color w:val="5B6770"/>
                <w:sz w:val="18"/>
              </w:rPr>
              <w:t>Meine ersten drei Schritte am nächsten Arbeitstag:</w:t>
            </w:r>
          </w:p>
          <w:p w14:paraId="7EE47701" w14:textId="77777777" w:rsidR="003F4339" w:rsidRPr="008E6286" w:rsidRDefault="00000000">
            <w:pPr>
              <w:spacing w:after="4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color w:val="D6DEE5"/>
                <w:sz w:val="17"/>
              </w:rPr>
              <w:t>________________________________________________________________________________</w:t>
            </w:r>
          </w:p>
          <w:p w14:paraId="1DB64DF0" w14:textId="77777777" w:rsidR="003F4339" w:rsidRPr="008E6286" w:rsidRDefault="00000000">
            <w:pPr>
              <w:spacing w:after="4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color w:val="D6DEE5"/>
                <w:sz w:val="17"/>
              </w:rPr>
              <w:t>________________________________________________________________________________</w:t>
            </w:r>
          </w:p>
          <w:p w14:paraId="75D8AB4E" w14:textId="77777777" w:rsidR="003F4339" w:rsidRPr="008E6286" w:rsidRDefault="00000000">
            <w:pPr>
              <w:spacing w:after="4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color w:val="D6DEE5"/>
                <w:sz w:val="17"/>
              </w:rPr>
              <w:t>________________________________________________________________________________</w:t>
            </w:r>
          </w:p>
          <w:p w14:paraId="1430B53E" w14:textId="77777777" w:rsidR="003F4339" w:rsidRPr="008E6286" w:rsidRDefault="00000000">
            <w:pPr>
              <w:spacing w:after="2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b/>
                <w:color w:val="5B6770"/>
                <w:sz w:val="18"/>
              </w:rPr>
              <w:t>So reduziere ich die Abhängigkeit dauerhaft:</w:t>
            </w:r>
          </w:p>
          <w:p w14:paraId="2BA5C033" w14:textId="77777777" w:rsidR="003F4339" w:rsidRPr="008E6286" w:rsidRDefault="00000000">
            <w:pPr>
              <w:spacing w:after="4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color w:val="D6DEE5"/>
                <w:sz w:val="17"/>
              </w:rPr>
              <w:t>________________________________________________________________________________</w:t>
            </w:r>
          </w:p>
          <w:p w14:paraId="10CB329B" w14:textId="77777777" w:rsidR="003F4339" w:rsidRPr="008E6286" w:rsidRDefault="00000000">
            <w:pPr>
              <w:spacing w:after="4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color w:val="D6DEE5"/>
                <w:sz w:val="17"/>
              </w:rPr>
              <w:t>________________________________________________________________________________</w:t>
            </w:r>
          </w:p>
          <w:p w14:paraId="5E61221F" w14:textId="77777777" w:rsidR="003F4339" w:rsidRPr="008E6286" w:rsidRDefault="00000000">
            <w:pPr>
              <w:spacing w:before="20" w:after="2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i/>
                <w:color w:val="5B6770"/>
                <w:sz w:val="17"/>
              </w:rPr>
              <w:t>Entscheidend ist nicht die Zahl allein, sondern ob du Umsatz ersetzen und laufende Kosten weiter tragen kannst.</w:t>
            </w:r>
          </w:p>
        </w:tc>
      </w:tr>
      <w:tr w:rsidR="003F4339" w:rsidRPr="008E6286" w14:paraId="5675F682" w14:textId="77777777">
        <w:trPr>
          <w:cantSplit/>
          <w:jc w:val="center"/>
        </w:trPr>
        <w:tc>
          <w:tcPr>
            <w:tcW w:w="10152" w:type="dxa"/>
            <w:tcBorders>
              <w:top w:val="single" w:sz="6" w:space="0" w:color="D6DEE5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C8BB39A" w14:textId="77777777" w:rsidR="003F4339" w:rsidRPr="008E6286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b/>
                <w:color w:val="5B6770"/>
                <w:sz w:val="18"/>
              </w:rPr>
              <w:t xml:space="preserve">STATUS   </w:t>
            </w:r>
            <w:r w:rsidRPr="008E6286">
              <w:rPr>
                <w:rFonts w:asciiTheme="majorHAnsi" w:hAnsiTheme="majorHAnsi" w:cstheme="majorHAnsi"/>
                <w:b/>
                <w:color w:val="3B6B35"/>
                <w:sz w:val="18"/>
              </w:rPr>
              <w:t>[ ] GRÜN</w:t>
            </w:r>
            <w:r w:rsidRPr="008E6286">
              <w:rPr>
                <w:rFonts w:asciiTheme="majorHAnsi" w:hAnsiTheme="majorHAnsi" w:cstheme="majorHAnsi"/>
                <w:b/>
                <w:color w:val="8A6815"/>
                <w:sz w:val="18"/>
              </w:rPr>
              <w:t xml:space="preserve">      [ ] GELB</w:t>
            </w:r>
            <w:r w:rsidRPr="008E6286">
              <w:rPr>
                <w:rFonts w:asciiTheme="majorHAnsi" w:hAnsiTheme="majorHAnsi" w:cstheme="majorHAnsi"/>
                <w:b/>
                <w:color w:val="9C3440"/>
                <w:sz w:val="18"/>
              </w:rPr>
              <w:t xml:space="preserve">      [ ] ROT</w:t>
            </w:r>
          </w:p>
        </w:tc>
      </w:tr>
      <w:tr w:rsidR="003F4339" w:rsidRPr="008E6286" w14:paraId="1A315F49" w14:textId="77777777">
        <w:trPr>
          <w:cantSplit/>
          <w:jc w:val="center"/>
        </w:trPr>
        <w:tc>
          <w:tcPr>
            <w:tcW w:w="10152" w:type="dxa"/>
            <w:tcBorders>
              <w:left w:val="single" w:sz="8" w:space="0" w:color="D6DEE5"/>
              <w:bottom w:val="single" w:sz="8" w:space="0" w:color="D6DEE5"/>
              <w:right w:val="single" w:sz="8" w:space="0" w:color="D6DEE5"/>
            </w:tcBorders>
            <w:shd w:val="clear" w:color="auto" w:fill="F5F8FA"/>
            <w:tcMar>
              <w:top w:w="95" w:type="dxa"/>
              <w:left w:w="160" w:type="dxa"/>
              <w:bottom w:w="95" w:type="dxa"/>
              <w:right w:w="160" w:type="dxa"/>
            </w:tcMar>
            <w:vAlign w:val="center"/>
          </w:tcPr>
          <w:p w14:paraId="067EB1B9" w14:textId="77777777" w:rsidR="003F4339" w:rsidRPr="008E6286" w:rsidRDefault="00000000">
            <w:pPr>
              <w:spacing w:after="2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b/>
                <w:color w:val="2A6F97"/>
                <w:sz w:val="18"/>
              </w:rPr>
              <w:t>MEIN PLAN B / NÄCHSTER SCHRITT</w:t>
            </w:r>
          </w:p>
          <w:p w14:paraId="4574A72D" w14:textId="77777777" w:rsidR="003F4339" w:rsidRPr="008E6286" w:rsidRDefault="00000000">
            <w:pPr>
              <w:spacing w:after="2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color w:val="D6DEE5"/>
                <w:sz w:val="17"/>
              </w:rPr>
              <w:t>________________________________________________________________________________</w:t>
            </w:r>
          </w:p>
          <w:p w14:paraId="273E4031" w14:textId="77777777" w:rsidR="003F4339" w:rsidRPr="008E6286" w:rsidRDefault="00000000">
            <w:pPr>
              <w:spacing w:after="2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color w:val="D6DEE5"/>
                <w:sz w:val="17"/>
              </w:rPr>
              <w:t>________________________________________________________________________________</w:t>
            </w:r>
          </w:p>
        </w:tc>
      </w:tr>
    </w:tbl>
    <w:p w14:paraId="732131EF" w14:textId="77777777" w:rsidR="003F4339" w:rsidRPr="008E6286" w:rsidRDefault="003F4339">
      <w:pPr>
        <w:spacing w:after="100" w:line="240" w:lineRule="auto"/>
        <w:rPr>
          <w:rFonts w:asciiTheme="majorHAnsi" w:hAnsiTheme="majorHAnsi" w:cstheme="majorHAnsi"/>
        </w:rPr>
      </w:pPr>
    </w:p>
    <w:tbl>
      <w:tblPr>
        <w:tblW w:w="10152" w:type="dxa"/>
        <w:jc w:val="center"/>
        <w:tblLayout w:type="fixed"/>
        <w:tblLook w:val="04A0" w:firstRow="1" w:lastRow="0" w:firstColumn="1" w:lastColumn="0" w:noHBand="0" w:noVBand="1"/>
      </w:tblPr>
      <w:tblGrid>
        <w:gridCol w:w="10152"/>
      </w:tblGrid>
      <w:tr w:rsidR="003F4339" w:rsidRPr="008E6286" w14:paraId="2C0FD221" w14:textId="77777777">
        <w:trPr>
          <w:cantSplit/>
          <w:jc w:val="center"/>
        </w:trPr>
        <w:tc>
          <w:tcPr>
            <w:tcW w:w="10152" w:type="dxa"/>
            <w:tcBorders>
              <w:top w:val="single" w:sz="8" w:space="0" w:color="17324D"/>
              <w:left w:val="single" w:sz="8" w:space="0" w:color="17324D"/>
              <w:right w:val="single" w:sz="8" w:space="0" w:color="17324D"/>
            </w:tcBorders>
            <w:shd w:val="clear" w:color="auto" w:fill="17324D"/>
            <w:tcMar>
              <w:top w:w="120" w:type="dxa"/>
              <w:left w:w="160" w:type="dxa"/>
              <w:bottom w:w="110" w:type="dxa"/>
              <w:right w:w="160" w:type="dxa"/>
            </w:tcMar>
            <w:vAlign w:val="center"/>
          </w:tcPr>
          <w:p w14:paraId="5B85836D" w14:textId="77777777" w:rsidR="003F4339" w:rsidRPr="008E6286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b/>
                <w:color w:val="E9A23B"/>
                <w:sz w:val="20"/>
              </w:rPr>
              <w:t xml:space="preserve">TEST 2  </w:t>
            </w:r>
            <w:r w:rsidRPr="008E6286">
              <w:rPr>
                <w:rFonts w:asciiTheme="majorHAnsi" w:hAnsiTheme="majorHAnsi" w:cstheme="majorHAnsi"/>
                <w:b/>
                <w:color w:val="FFFFFF"/>
                <w:sz w:val="26"/>
              </w:rPr>
              <w:t>VERTRIEBSABHÄNGIGKEIT</w:t>
            </w:r>
          </w:p>
        </w:tc>
      </w:tr>
      <w:tr w:rsidR="003F4339" w:rsidRPr="008E6286" w14:paraId="043091C2" w14:textId="77777777">
        <w:trPr>
          <w:cantSplit/>
          <w:jc w:val="center"/>
        </w:trPr>
        <w:tc>
          <w:tcPr>
            <w:tcW w:w="10152" w:type="dxa"/>
            <w:tcBorders>
              <w:left w:val="single" w:sz="8" w:space="0" w:color="D6DEE5"/>
              <w:right w:val="single" w:sz="8" w:space="0" w:color="D6DEE5"/>
            </w:tcBorders>
            <w:shd w:val="clear" w:color="auto" w:fill="EAF2F7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5FCF42E" w14:textId="77777777" w:rsidR="003F4339" w:rsidRPr="008E6286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b/>
                <w:color w:val="2A6F97"/>
                <w:sz w:val="20"/>
              </w:rPr>
              <w:t>Dein wichtigster Akquisekanal fällt drei Monate aus. Woher kommt dann der nächste Kunde?</w:t>
            </w:r>
          </w:p>
        </w:tc>
      </w:tr>
      <w:tr w:rsidR="003F4339" w:rsidRPr="008E6286" w14:paraId="3F9D803D" w14:textId="77777777">
        <w:trPr>
          <w:cantSplit/>
          <w:jc w:val="center"/>
        </w:trPr>
        <w:tc>
          <w:tcPr>
            <w:tcW w:w="10152" w:type="dxa"/>
            <w:tcBorders>
              <w:left w:val="single" w:sz="8" w:space="0" w:color="D6DEE5"/>
              <w:right w:val="single" w:sz="8" w:space="0" w:color="D6DEE5"/>
            </w:tcBorders>
            <w:tcMar>
              <w:top w:w="110" w:type="dxa"/>
              <w:left w:w="160" w:type="dxa"/>
              <w:bottom w:w="80" w:type="dxa"/>
              <w:right w:w="160" w:type="dxa"/>
            </w:tcMar>
            <w:vAlign w:val="center"/>
          </w:tcPr>
          <w:p w14:paraId="56547B7E" w14:textId="77777777" w:rsidR="003F4339" w:rsidRPr="008E6286" w:rsidRDefault="00000000">
            <w:pPr>
              <w:spacing w:after="2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b/>
                <w:color w:val="5B6770"/>
                <w:sz w:val="18"/>
              </w:rPr>
              <w:t>Über diesen Kanal kamen meine letzten 10 Kunden: ____________________  |  Anzahl: ___ von 10</w:t>
            </w:r>
          </w:p>
          <w:p w14:paraId="02127D93" w14:textId="77777777" w:rsidR="003F4339" w:rsidRPr="008E6286" w:rsidRDefault="00000000">
            <w:pPr>
              <w:spacing w:after="2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b/>
                <w:color w:val="5B6770"/>
                <w:sz w:val="18"/>
              </w:rPr>
              <w:t>Mein zweiter bereits funktionierender Akquiseweg:</w:t>
            </w:r>
          </w:p>
          <w:p w14:paraId="1A6819FD" w14:textId="77777777" w:rsidR="003F4339" w:rsidRPr="008E6286" w:rsidRDefault="00000000">
            <w:pPr>
              <w:spacing w:after="4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color w:val="D6DEE5"/>
                <w:sz w:val="17"/>
              </w:rPr>
              <w:t>________________________________________________________________________________</w:t>
            </w:r>
          </w:p>
          <w:p w14:paraId="26B9D17C" w14:textId="77777777" w:rsidR="003F4339" w:rsidRPr="008E6286" w:rsidRDefault="00000000">
            <w:pPr>
              <w:spacing w:after="4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color w:val="D6DEE5"/>
                <w:sz w:val="17"/>
              </w:rPr>
              <w:t>________________________________________________________________________________</w:t>
            </w:r>
          </w:p>
          <w:p w14:paraId="41A652F8" w14:textId="77777777" w:rsidR="003F4339" w:rsidRPr="008E6286" w:rsidRDefault="00000000">
            <w:pPr>
              <w:spacing w:after="2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b/>
                <w:color w:val="5B6770"/>
                <w:sz w:val="18"/>
              </w:rPr>
              <w:t>Das tue ich in den ersten 14 Tagen ohne meinen Hauptkanal:</w:t>
            </w:r>
          </w:p>
          <w:p w14:paraId="24C9D487" w14:textId="77777777" w:rsidR="003F4339" w:rsidRPr="008E6286" w:rsidRDefault="00000000">
            <w:pPr>
              <w:spacing w:after="4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color w:val="D6DEE5"/>
                <w:sz w:val="17"/>
              </w:rPr>
              <w:t>________________________________________________________________________________</w:t>
            </w:r>
          </w:p>
          <w:p w14:paraId="6DEB101D" w14:textId="77777777" w:rsidR="003F4339" w:rsidRPr="008E6286" w:rsidRDefault="00000000">
            <w:pPr>
              <w:spacing w:after="4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color w:val="D6DEE5"/>
                <w:sz w:val="17"/>
              </w:rPr>
              <w:t>________________________________________________________________________________</w:t>
            </w:r>
          </w:p>
          <w:p w14:paraId="6DD616E7" w14:textId="77777777" w:rsidR="003F4339" w:rsidRPr="008E6286" w:rsidRDefault="00000000">
            <w:pPr>
              <w:spacing w:after="4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color w:val="D6DEE5"/>
                <w:sz w:val="17"/>
              </w:rPr>
              <w:t>________________________________________________________________________________</w:t>
            </w:r>
          </w:p>
          <w:p w14:paraId="49398B30" w14:textId="77777777" w:rsidR="003F4339" w:rsidRPr="008E6286" w:rsidRDefault="00000000">
            <w:pPr>
              <w:spacing w:before="20" w:after="2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i/>
                <w:color w:val="5B6770"/>
                <w:sz w:val="17"/>
              </w:rPr>
              <w:t>Nicht zehn neue Kanäle beginnen. Ein zweiter funktionierender Weg ist wertvoller als viele halbfertige Versuche.</w:t>
            </w:r>
          </w:p>
        </w:tc>
      </w:tr>
      <w:tr w:rsidR="003F4339" w:rsidRPr="008E6286" w14:paraId="6CBA1C45" w14:textId="77777777">
        <w:trPr>
          <w:cantSplit/>
          <w:jc w:val="center"/>
        </w:trPr>
        <w:tc>
          <w:tcPr>
            <w:tcW w:w="10152" w:type="dxa"/>
            <w:tcBorders>
              <w:top w:val="single" w:sz="6" w:space="0" w:color="D6DEE5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84D68CC" w14:textId="77777777" w:rsidR="003F4339" w:rsidRPr="008E6286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b/>
                <w:color w:val="5B6770"/>
                <w:sz w:val="18"/>
              </w:rPr>
              <w:t xml:space="preserve">STATUS   </w:t>
            </w:r>
            <w:r w:rsidRPr="008E6286">
              <w:rPr>
                <w:rFonts w:asciiTheme="majorHAnsi" w:hAnsiTheme="majorHAnsi" w:cstheme="majorHAnsi"/>
                <w:b/>
                <w:color w:val="3B6B35"/>
                <w:sz w:val="18"/>
              </w:rPr>
              <w:t>[ ] GRÜN</w:t>
            </w:r>
            <w:r w:rsidRPr="008E6286">
              <w:rPr>
                <w:rFonts w:asciiTheme="majorHAnsi" w:hAnsiTheme="majorHAnsi" w:cstheme="majorHAnsi"/>
                <w:b/>
                <w:color w:val="8A6815"/>
                <w:sz w:val="18"/>
              </w:rPr>
              <w:t xml:space="preserve">      [ ] GELB</w:t>
            </w:r>
            <w:r w:rsidRPr="008E6286">
              <w:rPr>
                <w:rFonts w:asciiTheme="majorHAnsi" w:hAnsiTheme="majorHAnsi" w:cstheme="majorHAnsi"/>
                <w:b/>
                <w:color w:val="9C3440"/>
                <w:sz w:val="18"/>
              </w:rPr>
              <w:t xml:space="preserve">      [ ] ROT</w:t>
            </w:r>
          </w:p>
        </w:tc>
      </w:tr>
      <w:tr w:rsidR="003F4339" w:rsidRPr="008E6286" w14:paraId="3D227844" w14:textId="77777777">
        <w:trPr>
          <w:cantSplit/>
          <w:jc w:val="center"/>
        </w:trPr>
        <w:tc>
          <w:tcPr>
            <w:tcW w:w="10152" w:type="dxa"/>
            <w:tcBorders>
              <w:left w:val="single" w:sz="8" w:space="0" w:color="D6DEE5"/>
              <w:bottom w:val="single" w:sz="8" w:space="0" w:color="D6DEE5"/>
              <w:right w:val="single" w:sz="8" w:space="0" w:color="D6DEE5"/>
            </w:tcBorders>
            <w:shd w:val="clear" w:color="auto" w:fill="F5F8FA"/>
            <w:tcMar>
              <w:top w:w="95" w:type="dxa"/>
              <w:left w:w="160" w:type="dxa"/>
              <w:bottom w:w="95" w:type="dxa"/>
              <w:right w:w="160" w:type="dxa"/>
            </w:tcMar>
            <w:vAlign w:val="center"/>
          </w:tcPr>
          <w:p w14:paraId="3ADB6BD1" w14:textId="77777777" w:rsidR="003F4339" w:rsidRPr="008E6286" w:rsidRDefault="00000000">
            <w:pPr>
              <w:spacing w:after="2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b/>
                <w:color w:val="2A6F97"/>
                <w:sz w:val="18"/>
              </w:rPr>
              <w:t>MEIN PLAN B / NÄCHSTER SCHRITT</w:t>
            </w:r>
          </w:p>
          <w:p w14:paraId="0EC4085F" w14:textId="77777777" w:rsidR="003F4339" w:rsidRPr="008E6286" w:rsidRDefault="00000000">
            <w:pPr>
              <w:spacing w:after="2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color w:val="D6DEE5"/>
                <w:sz w:val="17"/>
              </w:rPr>
              <w:t>________________________________________________________________________________</w:t>
            </w:r>
          </w:p>
          <w:p w14:paraId="1181D704" w14:textId="77777777" w:rsidR="003F4339" w:rsidRPr="008E6286" w:rsidRDefault="00000000">
            <w:pPr>
              <w:spacing w:after="2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color w:val="D6DEE5"/>
                <w:sz w:val="17"/>
              </w:rPr>
              <w:t>________________________________________________________________________________</w:t>
            </w:r>
          </w:p>
        </w:tc>
      </w:tr>
    </w:tbl>
    <w:p w14:paraId="6E6C8AF0" w14:textId="77777777" w:rsidR="003F4339" w:rsidRPr="008E6286" w:rsidRDefault="003F4339">
      <w:pPr>
        <w:spacing w:after="100" w:line="240" w:lineRule="auto"/>
        <w:rPr>
          <w:rFonts w:asciiTheme="majorHAnsi" w:hAnsiTheme="majorHAnsi" w:cstheme="majorHAnsi"/>
        </w:rPr>
      </w:pPr>
    </w:p>
    <w:p w14:paraId="551B08E8" w14:textId="77777777" w:rsidR="003F4339" w:rsidRPr="008E6286" w:rsidRDefault="00000000">
      <w:pPr>
        <w:rPr>
          <w:rFonts w:asciiTheme="majorHAnsi" w:hAnsiTheme="majorHAnsi" w:cstheme="majorHAnsi"/>
        </w:rPr>
      </w:pPr>
      <w:r w:rsidRPr="008E6286">
        <w:rPr>
          <w:rFonts w:asciiTheme="majorHAnsi" w:hAnsiTheme="majorHAnsi" w:cstheme="majorHAnsi"/>
        </w:rPr>
        <w:br w:type="page"/>
      </w:r>
    </w:p>
    <w:p w14:paraId="09317F88" w14:textId="77777777" w:rsidR="003F4339" w:rsidRPr="008E6286" w:rsidRDefault="00000000">
      <w:pPr>
        <w:spacing w:before="40" w:after="160" w:line="240" w:lineRule="auto"/>
        <w:rPr>
          <w:rFonts w:asciiTheme="majorHAnsi" w:hAnsiTheme="majorHAnsi" w:cstheme="majorHAnsi"/>
        </w:rPr>
      </w:pPr>
      <w:r w:rsidRPr="008E6286">
        <w:rPr>
          <w:rFonts w:asciiTheme="majorHAnsi" w:hAnsiTheme="majorHAnsi" w:cstheme="majorHAnsi"/>
          <w:b/>
          <w:color w:val="17324D"/>
          <w:sz w:val="25"/>
        </w:rPr>
        <w:lastRenderedPageBreak/>
        <w:t>FINANZEN UND HANDLUNGSFÄHIGKEIT</w:t>
      </w:r>
    </w:p>
    <w:tbl>
      <w:tblPr>
        <w:tblW w:w="10152" w:type="dxa"/>
        <w:jc w:val="center"/>
        <w:tblLayout w:type="fixed"/>
        <w:tblLook w:val="04A0" w:firstRow="1" w:lastRow="0" w:firstColumn="1" w:lastColumn="0" w:noHBand="0" w:noVBand="1"/>
      </w:tblPr>
      <w:tblGrid>
        <w:gridCol w:w="10152"/>
      </w:tblGrid>
      <w:tr w:rsidR="003F4339" w:rsidRPr="008E6286" w14:paraId="61A857D5" w14:textId="77777777">
        <w:trPr>
          <w:cantSplit/>
          <w:jc w:val="center"/>
        </w:trPr>
        <w:tc>
          <w:tcPr>
            <w:tcW w:w="10152" w:type="dxa"/>
            <w:tcBorders>
              <w:top w:val="single" w:sz="8" w:space="0" w:color="17324D"/>
              <w:left w:val="single" w:sz="8" w:space="0" w:color="17324D"/>
              <w:right w:val="single" w:sz="8" w:space="0" w:color="17324D"/>
            </w:tcBorders>
            <w:shd w:val="clear" w:color="auto" w:fill="17324D"/>
            <w:tcMar>
              <w:top w:w="120" w:type="dxa"/>
              <w:left w:w="160" w:type="dxa"/>
              <w:bottom w:w="110" w:type="dxa"/>
              <w:right w:w="160" w:type="dxa"/>
            </w:tcMar>
            <w:vAlign w:val="center"/>
          </w:tcPr>
          <w:p w14:paraId="4AF63050" w14:textId="77777777" w:rsidR="003F4339" w:rsidRPr="008E6286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b/>
                <w:color w:val="E9A23B"/>
                <w:sz w:val="20"/>
              </w:rPr>
              <w:t xml:space="preserve">TEST 3  </w:t>
            </w:r>
            <w:r w:rsidRPr="008E6286">
              <w:rPr>
                <w:rFonts w:asciiTheme="majorHAnsi" w:hAnsiTheme="majorHAnsi" w:cstheme="majorHAnsi"/>
                <w:b/>
                <w:color w:val="FFFFFF"/>
                <w:sz w:val="26"/>
              </w:rPr>
              <w:t>LIQUIDITÄT</w:t>
            </w:r>
          </w:p>
        </w:tc>
      </w:tr>
      <w:tr w:rsidR="003F4339" w:rsidRPr="008E6286" w14:paraId="02CF3E8A" w14:textId="77777777">
        <w:trPr>
          <w:cantSplit/>
          <w:jc w:val="center"/>
        </w:trPr>
        <w:tc>
          <w:tcPr>
            <w:tcW w:w="10152" w:type="dxa"/>
            <w:tcBorders>
              <w:left w:val="single" w:sz="8" w:space="0" w:color="D6DEE5"/>
              <w:right w:val="single" w:sz="8" w:space="0" w:color="D6DEE5"/>
            </w:tcBorders>
            <w:shd w:val="clear" w:color="auto" w:fill="EAF2F7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23E805E" w14:textId="77777777" w:rsidR="003F4339" w:rsidRPr="008E6286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b/>
                <w:color w:val="2A6F97"/>
                <w:sz w:val="20"/>
              </w:rPr>
              <w:t>Vier Wochen lang kommt kein neuer Zahlungseingang. Kannst du alle Verpflichtungen erfüllen?</w:t>
            </w:r>
          </w:p>
        </w:tc>
      </w:tr>
      <w:tr w:rsidR="003F4339" w:rsidRPr="008E6286" w14:paraId="4DDCE875" w14:textId="77777777">
        <w:trPr>
          <w:cantSplit/>
          <w:jc w:val="center"/>
        </w:trPr>
        <w:tc>
          <w:tcPr>
            <w:tcW w:w="10152" w:type="dxa"/>
            <w:tcBorders>
              <w:left w:val="single" w:sz="8" w:space="0" w:color="D6DEE5"/>
              <w:right w:val="single" w:sz="8" w:space="0" w:color="D6DEE5"/>
            </w:tcBorders>
            <w:tcMar>
              <w:top w:w="110" w:type="dxa"/>
              <w:left w:w="160" w:type="dxa"/>
              <w:bottom w:w="80" w:type="dxa"/>
              <w:right w:w="160" w:type="dxa"/>
            </w:tcMar>
            <w:vAlign w:val="center"/>
          </w:tcPr>
          <w:p w14:paraId="639EE3EF" w14:textId="77777777" w:rsidR="003F4339" w:rsidRPr="008E6286" w:rsidRDefault="00000000">
            <w:pPr>
              <w:spacing w:after="2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b/>
                <w:color w:val="5B6770"/>
                <w:sz w:val="18"/>
              </w:rPr>
              <w:t>Frei verfügbare Liquidität heute: ____________________ Euro</w:t>
            </w:r>
          </w:p>
          <w:p w14:paraId="619B43AE" w14:textId="77777777" w:rsidR="003F4339" w:rsidRPr="008E6286" w:rsidRDefault="00000000">
            <w:pPr>
              <w:spacing w:after="2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b/>
                <w:color w:val="5B6770"/>
                <w:sz w:val="18"/>
              </w:rPr>
              <w:t>Sichere Auszahlungen der nächsten vier Wochen: ____________________ Euro</w:t>
            </w:r>
          </w:p>
          <w:p w14:paraId="1C8064B9" w14:textId="77777777" w:rsidR="003F4339" w:rsidRPr="008E6286" w:rsidRDefault="00000000">
            <w:pPr>
              <w:spacing w:after="2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b/>
                <w:color w:val="5B6770"/>
                <w:sz w:val="18"/>
              </w:rPr>
              <w:t>Größte offene Forderung und Fälligkeit: __________________________________________</w:t>
            </w:r>
          </w:p>
          <w:p w14:paraId="04A4C003" w14:textId="77777777" w:rsidR="003F4339" w:rsidRPr="008E6286" w:rsidRDefault="00000000">
            <w:pPr>
              <w:spacing w:after="2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b/>
                <w:color w:val="5B6770"/>
                <w:sz w:val="18"/>
              </w:rPr>
              <w:t>Mein finanzieller Puffer reicht ungefähr: ______ Wochen</w:t>
            </w:r>
          </w:p>
          <w:p w14:paraId="3F66EC69" w14:textId="77777777" w:rsidR="003F4339" w:rsidRPr="008E6286" w:rsidRDefault="00000000">
            <w:pPr>
              <w:spacing w:after="2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b/>
                <w:color w:val="5B6770"/>
                <w:sz w:val="18"/>
              </w:rPr>
              <w:t>Diese drei Ausgaben / Schritte priorisiere ich bei Engpässen:</w:t>
            </w:r>
          </w:p>
          <w:p w14:paraId="6A885042" w14:textId="77777777" w:rsidR="003F4339" w:rsidRPr="008E6286" w:rsidRDefault="00000000">
            <w:pPr>
              <w:spacing w:after="4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color w:val="D6DEE5"/>
                <w:sz w:val="17"/>
              </w:rPr>
              <w:t>________________________________________________________________________________</w:t>
            </w:r>
          </w:p>
          <w:p w14:paraId="0A7BE532" w14:textId="77777777" w:rsidR="003F4339" w:rsidRPr="008E6286" w:rsidRDefault="00000000">
            <w:pPr>
              <w:spacing w:after="4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color w:val="D6DEE5"/>
                <w:sz w:val="17"/>
              </w:rPr>
              <w:t>________________________________________________________________________________</w:t>
            </w:r>
          </w:p>
          <w:p w14:paraId="4E14743F" w14:textId="77777777" w:rsidR="003F4339" w:rsidRPr="008E6286" w:rsidRDefault="00000000">
            <w:pPr>
              <w:spacing w:after="4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color w:val="D6DEE5"/>
                <w:sz w:val="17"/>
              </w:rPr>
              <w:t>________________________________________________________________________________</w:t>
            </w:r>
          </w:p>
          <w:p w14:paraId="01BC80DD" w14:textId="77777777" w:rsidR="003F4339" w:rsidRPr="008E6286" w:rsidRDefault="00000000">
            <w:pPr>
              <w:spacing w:after="4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color w:val="D6DEE5"/>
                <w:sz w:val="17"/>
              </w:rPr>
              <w:t>________________________________________________________________________________</w:t>
            </w:r>
          </w:p>
          <w:p w14:paraId="37A847F2" w14:textId="77777777" w:rsidR="003F4339" w:rsidRPr="008E6286" w:rsidRDefault="00000000">
            <w:pPr>
              <w:spacing w:before="20" w:after="2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i/>
                <w:color w:val="5B6770"/>
                <w:sz w:val="17"/>
              </w:rPr>
              <w:t>Berücksichtige Steuern, Gehälter, Miete, Kredite, Versicherungen und laufende Abos - nicht nur den aktuellen Kontostand.</w:t>
            </w:r>
          </w:p>
        </w:tc>
      </w:tr>
      <w:tr w:rsidR="003F4339" w:rsidRPr="008E6286" w14:paraId="47759A25" w14:textId="77777777">
        <w:trPr>
          <w:cantSplit/>
          <w:jc w:val="center"/>
        </w:trPr>
        <w:tc>
          <w:tcPr>
            <w:tcW w:w="10152" w:type="dxa"/>
            <w:tcBorders>
              <w:top w:val="single" w:sz="6" w:space="0" w:color="D6DEE5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ECE9D4F" w14:textId="77777777" w:rsidR="003F4339" w:rsidRPr="008E6286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b/>
                <w:color w:val="5B6770"/>
                <w:sz w:val="18"/>
              </w:rPr>
              <w:t xml:space="preserve">STATUS   </w:t>
            </w:r>
            <w:r w:rsidRPr="008E6286">
              <w:rPr>
                <w:rFonts w:asciiTheme="majorHAnsi" w:hAnsiTheme="majorHAnsi" w:cstheme="majorHAnsi"/>
                <w:b/>
                <w:color w:val="3B6B35"/>
                <w:sz w:val="18"/>
              </w:rPr>
              <w:t>[ ] GRÜN</w:t>
            </w:r>
            <w:r w:rsidRPr="008E6286">
              <w:rPr>
                <w:rFonts w:asciiTheme="majorHAnsi" w:hAnsiTheme="majorHAnsi" w:cstheme="majorHAnsi"/>
                <w:b/>
                <w:color w:val="8A6815"/>
                <w:sz w:val="18"/>
              </w:rPr>
              <w:t xml:space="preserve">      [ ] GELB</w:t>
            </w:r>
            <w:r w:rsidRPr="008E6286">
              <w:rPr>
                <w:rFonts w:asciiTheme="majorHAnsi" w:hAnsiTheme="majorHAnsi" w:cstheme="majorHAnsi"/>
                <w:b/>
                <w:color w:val="9C3440"/>
                <w:sz w:val="18"/>
              </w:rPr>
              <w:t xml:space="preserve">      [ ] ROT</w:t>
            </w:r>
          </w:p>
        </w:tc>
      </w:tr>
      <w:tr w:rsidR="003F4339" w:rsidRPr="008E6286" w14:paraId="6216CED3" w14:textId="77777777">
        <w:trPr>
          <w:cantSplit/>
          <w:jc w:val="center"/>
        </w:trPr>
        <w:tc>
          <w:tcPr>
            <w:tcW w:w="10152" w:type="dxa"/>
            <w:tcBorders>
              <w:left w:val="single" w:sz="8" w:space="0" w:color="D6DEE5"/>
              <w:bottom w:val="single" w:sz="8" w:space="0" w:color="D6DEE5"/>
              <w:right w:val="single" w:sz="8" w:space="0" w:color="D6DEE5"/>
            </w:tcBorders>
            <w:shd w:val="clear" w:color="auto" w:fill="F5F8FA"/>
            <w:tcMar>
              <w:top w:w="95" w:type="dxa"/>
              <w:left w:w="160" w:type="dxa"/>
              <w:bottom w:w="95" w:type="dxa"/>
              <w:right w:w="160" w:type="dxa"/>
            </w:tcMar>
            <w:vAlign w:val="center"/>
          </w:tcPr>
          <w:p w14:paraId="05A74AFF" w14:textId="77777777" w:rsidR="003F4339" w:rsidRPr="008E6286" w:rsidRDefault="00000000">
            <w:pPr>
              <w:spacing w:after="2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b/>
                <w:color w:val="2A6F97"/>
                <w:sz w:val="18"/>
              </w:rPr>
              <w:t>MEIN PLAN B / NÄCHSTER SCHRITT</w:t>
            </w:r>
          </w:p>
          <w:p w14:paraId="7DF4CC09" w14:textId="77777777" w:rsidR="003F4339" w:rsidRPr="008E6286" w:rsidRDefault="00000000">
            <w:pPr>
              <w:spacing w:after="2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color w:val="D6DEE5"/>
                <w:sz w:val="17"/>
              </w:rPr>
              <w:t>________________________________________________________________________________</w:t>
            </w:r>
          </w:p>
          <w:p w14:paraId="33446656" w14:textId="77777777" w:rsidR="003F4339" w:rsidRPr="008E6286" w:rsidRDefault="00000000">
            <w:pPr>
              <w:spacing w:after="2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color w:val="D6DEE5"/>
                <w:sz w:val="17"/>
              </w:rPr>
              <w:t>________________________________________________________________________________</w:t>
            </w:r>
          </w:p>
        </w:tc>
      </w:tr>
    </w:tbl>
    <w:p w14:paraId="20096FD6" w14:textId="77777777" w:rsidR="003F4339" w:rsidRPr="008E6286" w:rsidRDefault="003F4339">
      <w:pPr>
        <w:spacing w:after="100" w:line="240" w:lineRule="auto"/>
        <w:rPr>
          <w:rFonts w:asciiTheme="majorHAnsi" w:hAnsiTheme="majorHAnsi" w:cstheme="majorHAnsi"/>
        </w:rPr>
      </w:pPr>
    </w:p>
    <w:tbl>
      <w:tblPr>
        <w:tblW w:w="10152" w:type="dxa"/>
        <w:jc w:val="center"/>
        <w:tblLayout w:type="fixed"/>
        <w:tblLook w:val="04A0" w:firstRow="1" w:lastRow="0" w:firstColumn="1" w:lastColumn="0" w:noHBand="0" w:noVBand="1"/>
      </w:tblPr>
      <w:tblGrid>
        <w:gridCol w:w="10152"/>
      </w:tblGrid>
      <w:tr w:rsidR="003F4339" w:rsidRPr="008E6286" w14:paraId="127E4527" w14:textId="77777777">
        <w:trPr>
          <w:cantSplit/>
          <w:jc w:val="center"/>
        </w:trPr>
        <w:tc>
          <w:tcPr>
            <w:tcW w:w="10152" w:type="dxa"/>
            <w:tcBorders>
              <w:top w:val="single" w:sz="8" w:space="0" w:color="17324D"/>
              <w:left w:val="single" w:sz="8" w:space="0" w:color="17324D"/>
              <w:right w:val="single" w:sz="8" w:space="0" w:color="17324D"/>
            </w:tcBorders>
            <w:shd w:val="clear" w:color="auto" w:fill="17324D"/>
            <w:tcMar>
              <w:top w:w="120" w:type="dxa"/>
              <w:left w:w="160" w:type="dxa"/>
              <w:bottom w:w="110" w:type="dxa"/>
              <w:right w:w="160" w:type="dxa"/>
            </w:tcMar>
            <w:vAlign w:val="center"/>
          </w:tcPr>
          <w:p w14:paraId="25142FE6" w14:textId="77777777" w:rsidR="003F4339" w:rsidRPr="008E6286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b/>
                <w:color w:val="E9A23B"/>
                <w:sz w:val="20"/>
              </w:rPr>
              <w:t xml:space="preserve">TEST 4  </w:t>
            </w:r>
            <w:r w:rsidRPr="008E6286">
              <w:rPr>
                <w:rFonts w:asciiTheme="majorHAnsi" w:hAnsiTheme="majorHAnsi" w:cstheme="majorHAnsi"/>
                <w:b/>
                <w:color w:val="FFFFFF"/>
                <w:sz w:val="26"/>
              </w:rPr>
              <w:t>AUSFALL DER SCHLÜSSELPERSON</w:t>
            </w:r>
          </w:p>
        </w:tc>
      </w:tr>
      <w:tr w:rsidR="003F4339" w:rsidRPr="008E6286" w14:paraId="6AD874C4" w14:textId="77777777">
        <w:trPr>
          <w:cantSplit/>
          <w:jc w:val="center"/>
        </w:trPr>
        <w:tc>
          <w:tcPr>
            <w:tcW w:w="10152" w:type="dxa"/>
            <w:tcBorders>
              <w:left w:val="single" w:sz="8" w:space="0" w:color="D6DEE5"/>
              <w:right w:val="single" w:sz="8" w:space="0" w:color="D6DEE5"/>
            </w:tcBorders>
            <w:shd w:val="clear" w:color="auto" w:fill="EAF2F7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12F9E4C" w14:textId="77777777" w:rsidR="003F4339" w:rsidRPr="008E6286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b/>
                <w:color w:val="2A6F97"/>
                <w:sz w:val="20"/>
              </w:rPr>
              <w:t>Du selbst fällst morgen für vier Wochen komplett aus. Kann das Unternehmen weiter handeln?</w:t>
            </w:r>
          </w:p>
        </w:tc>
      </w:tr>
      <w:tr w:rsidR="003F4339" w:rsidRPr="008E6286" w14:paraId="372273FA" w14:textId="77777777">
        <w:trPr>
          <w:cantSplit/>
          <w:jc w:val="center"/>
        </w:trPr>
        <w:tc>
          <w:tcPr>
            <w:tcW w:w="10152" w:type="dxa"/>
            <w:tcBorders>
              <w:left w:val="single" w:sz="8" w:space="0" w:color="D6DEE5"/>
              <w:right w:val="single" w:sz="8" w:space="0" w:color="D6DEE5"/>
            </w:tcBorders>
            <w:tcMar>
              <w:top w:w="110" w:type="dxa"/>
              <w:left w:w="160" w:type="dxa"/>
              <w:bottom w:w="80" w:type="dxa"/>
              <w:right w:w="160" w:type="dxa"/>
            </w:tcMar>
            <w:vAlign w:val="center"/>
          </w:tcPr>
          <w:p w14:paraId="0D047506" w14:textId="77777777" w:rsidR="003F4339" w:rsidRPr="008E6286" w:rsidRDefault="00000000">
            <w:pPr>
              <w:spacing w:after="2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b/>
                <w:color w:val="5B6770"/>
                <w:sz w:val="18"/>
              </w:rPr>
              <w:t>Diese Person kann im Notfall verbindlich handeln: _________________________________________</w:t>
            </w:r>
          </w:p>
          <w:p w14:paraId="7F0A175B" w14:textId="77777777" w:rsidR="003F4339" w:rsidRPr="008E6286" w:rsidRDefault="00000000">
            <w:pPr>
              <w:spacing w:after="2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b/>
                <w:color w:val="5B6770"/>
                <w:sz w:val="18"/>
              </w:rPr>
              <w:t>Vorhanden?  [ ] Bank / Zahlungen   [ ] Passwörter   [ ] Verträge / Kontakte   [ ] Vollmachten   [ ] Projektstatus</w:t>
            </w:r>
          </w:p>
          <w:p w14:paraId="412EF665" w14:textId="77777777" w:rsidR="003F4339" w:rsidRPr="008E6286" w:rsidRDefault="00000000">
            <w:pPr>
              <w:spacing w:after="2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b/>
                <w:color w:val="5B6770"/>
                <w:sz w:val="18"/>
              </w:rPr>
              <w:t>Das fehlt heute noch im Notfallordner:</w:t>
            </w:r>
          </w:p>
          <w:p w14:paraId="41AF4FBE" w14:textId="77777777" w:rsidR="003F4339" w:rsidRPr="008E6286" w:rsidRDefault="00000000">
            <w:pPr>
              <w:spacing w:after="4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color w:val="D6DEE5"/>
                <w:sz w:val="17"/>
              </w:rPr>
              <w:t>________________________________________________________________________________</w:t>
            </w:r>
          </w:p>
          <w:p w14:paraId="7D92F7B3" w14:textId="77777777" w:rsidR="003F4339" w:rsidRPr="008E6286" w:rsidRDefault="00000000">
            <w:pPr>
              <w:spacing w:after="4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color w:val="D6DEE5"/>
                <w:sz w:val="17"/>
              </w:rPr>
              <w:t>________________________________________________________________________________</w:t>
            </w:r>
          </w:p>
          <w:p w14:paraId="0A357967" w14:textId="77777777" w:rsidR="003F4339" w:rsidRPr="008E6286" w:rsidRDefault="00000000">
            <w:pPr>
              <w:spacing w:after="4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color w:val="D6DEE5"/>
                <w:sz w:val="17"/>
              </w:rPr>
              <w:t>________________________________________________________________________________</w:t>
            </w:r>
          </w:p>
          <w:p w14:paraId="407F2322" w14:textId="77777777" w:rsidR="003F4339" w:rsidRPr="008E6286" w:rsidRDefault="00000000">
            <w:pPr>
              <w:spacing w:after="2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b/>
                <w:color w:val="5B6770"/>
                <w:sz w:val="18"/>
              </w:rPr>
              <w:t>Diese drei Entscheidungen müssen ohne mich getroffen werden können:</w:t>
            </w:r>
          </w:p>
          <w:p w14:paraId="6873AA76" w14:textId="77777777" w:rsidR="003F4339" w:rsidRPr="008E6286" w:rsidRDefault="00000000">
            <w:pPr>
              <w:spacing w:after="4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color w:val="D6DEE5"/>
                <w:sz w:val="17"/>
              </w:rPr>
              <w:t>________________________________________________________________________________</w:t>
            </w:r>
          </w:p>
          <w:p w14:paraId="385F6C46" w14:textId="77777777" w:rsidR="003F4339" w:rsidRPr="008E6286" w:rsidRDefault="00000000">
            <w:pPr>
              <w:spacing w:after="4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color w:val="D6DEE5"/>
                <w:sz w:val="17"/>
              </w:rPr>
              <w:t>________________________________________________________________________________</w:t>
            </w:r>
          </w:p>
          <w:p w14:paraId="3FC9997D" w14:textId="77777777" w:rsidR="003F4339" w:rsidRPr="008E6286" w:rsidRDefault="00000000">
            <w:pPr>
              <w:spacing w:after="4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color w:val="D6DEE5"/>
                <w:sz w:val="17"/>
              </w:rPr>
              <w:t>________________________________________________________________________________</w:t>
            </w:r>
          </w:p>
          <w:p w14:paraId="34122501" w14:textId="77777777" w:rsidR="003F4339" w:rsidRPr="008E6286" w:rsidRDefault="00000000">
            <w:pPr>
              <w:spacing w:before="20" w:after="2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i/>
                <w:color w:val="5B6770"/>
                <w:sz w:val="17"/>
              </w:rPr>
              <w:t>Ziel ist nicht, dass alles perfekt weiterläuft. Ziel ist, dass Kunden, Zahlungen und kritische Entscheidungen nicht blockiert sind.</w:t>
            </w:r>
          </w:p>
        </w:tc>
      </w:tr>
      <w:tr w:rsidR="003F4339" w:rsidRPr="008E6286" w14:paraId="776C20A7" w14:textId="77777777">
        <w:trPr>
          <w:cantSplit/>
          <w:jc w:val="center"/>
        </w:trPr>
        <w:tc>
          <w:tcPr>
            <w:tcW w:w="10152" w:type="dxa"/>
            <w:tcBorders>
              <w:top w:val="single" w:sz="6" w:space="0" w:color="D6DEE5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FC804C7" w14:textId="77777777" w:rsidR="003F4339" w:rsidRPr="008E6286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b/>
                <w:color w:val="5B6770"/>
                <w:sz w:val="18"/>
              </w:rPr>
              <w:t xml:space="preserve">STATUS   </w:t>
            </w:r>
            <w:r w:rsidRPr="008E6286">
              <w:rPr>
                <w:rFonts w:asciiTheme="majorHAnsi" w:hAnsiTheme="majorHAnsi" w:cstheme="majorHAnsi"/>
                <w:b/>
                <w:color w:val="3B6B35"/>
                <w:sz w:val="18"/>
              </w:rPr>
              <w:t>[ ] GRÜN</w:t>
            </w:r>
            <w:r w:rsidRPr="008E6286">
              <w:rPr>
                <w:rFonts w:asciiTheme="majorHAnsi" w:hAnsiTheme="majorHAnsi" w:cstheme="majorHAnsi"/>
                <w:b/>
                <w:color w:val="8A6815"/>
                <w:sz w:val="18"/>
              </w:rPr>
              <w:t xml:space="preserve">      [ ] GELB</w:t>
            </w:r>
            <w:r w:rsidRPr="008E6286">
              <w:rPr>
                <w:rFonts w:asciiTheme="majorHAnsi" w:hAnsiTheme="majorHAnsi" w:cstheme="majorHAnsi"/>
                <w:b/>
                <w:color w:val="9C3440"/>
                <w:sz w:val="18"/>
              </w:rPr>
              <w:t xml:space="preserve">      [ ] ROT</w:t>
            </w:r>
          </w:p>
        </w:tc>
      </w:tr>
      <w:tr w:rsidR="003F4339" w:rsidRPr="008E6286" w14:paraId="027485EF" w14:textId="77777777">
        <w:trPr>
          <w:cantSplit/>
          <w:jc w:val="center"/>
        </w:trPr>
        <w:tc>
          <w:tcPr>
            <w:tcW w:w="10152" w:type="dxa"/>
            <w:tcBorders>
              <w:left w:val="single" w:sz="8" w:space="0" w:color="D6DEE5"/>
              <w:bottom w:val="single" w:sz="8" w:space="0" w:color="D6DEE5"/>
              <w:right w:val="single" w:sz="8" w:space="0" w:color="D6DEE5"/>
            </w:tcBorders>
            <w:shd w:val="clear" w:color="auto" w:fill="F5F8FA"/>
            <w:tcMar>
              <w:top w:w="95" w:type="dxa"/>
              <w:left w:w="160" w:type="dxa"/>
              <w:bottom w:w="95" w:type="dxa"/>
              <w:right w:w="160" w:type="dxa"/>
            </w:tcMar>
            <w:vAlign w:val="center"/>
          </w:tcPr>
          <w:p w14:paraId="0A2DA91F" w14:textId="77777777" w:rsidR="003F4339" w:rsidRPr="008E6286" w:rsidRDefault="00000000">
            <w:pPr>
              <w:spacing w:after="2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b/>
                <w:color w:val="2A6F97"/>
                <w:sz w:val="18"/>
              </w:rPr>
              <w:t>MEIN PLAN B / NÄCHSTER SCHRITT</w:t>
            </w:r>
          </w:p>
          <w:p w14:paraId="14BDC6E2" w14:textId="77777777" w:rsidR="003F4339" w:rsidRPr="008E6286" w:rsidRDefault="00000000">
            <w:pPr>
              <w:spacing w:after="2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color w:val="D6DEE5"/>
                <w:sz w:val="17"/>
              </w:rPr>
              <w:t>________________________________________________________________________________</w:t>
            </w:r>
          </w:p>
          <w:p w14:paraId="4F837D8E" w14:textId="77777777" w:rsidR="003F4339" w:rsidRPr="008E6286" w:rsidRDefault="00000000">
            <w:pPr>
              <w:spacing w:after="2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color w:val="D6DEE5"/>
                <w:sz w:val="17"/>
              </w:rPr>
              <w:t>________________________________________________________________________________</w:t>
            </w:r>
          </w:p>
        </w:tc>
      </w:tr>
    </w:tbl>
    <w:p w14:paraId="4B42D107" w14:textId="77777777" w:rsidR="003F4339" w:rsidRPr="008E6286" w:rsidRDefault="003F4339">
      <w:pPr>
        <w:spacing w:after="100" w:line="240" w:lineRule="auto"/>
        <w:rPr>
          <w:rFonts w:asciiTheme="majorHAnsi" w:hAnsiTheme="majorHAnsi" w:cstheme="majorHAnsi"/>
        </w:rPr>
      </w:pPr>
    </w:p>
    <w:p w14:paraId="5D59E404" w14:textId="77777777" w:rsidR="003F4339" w:rsidRPr="008E6286" w:rsidRDefault="00000000">
      <w:pPr>
        <w:rPr>
          <w:rFonts w:asciiTheme="majorHAnsi" w:hAnsiTheme="majorHAnsi" w:cstheme="majorHAnsi"/>
        </w:rPr>
      </w:pPr>
      <w:r w:rsidRPr="008E6286">
        <w:rPr>
          <w:rFonts w:asciiTheme="majorHAnsi" w:hAnsiTheme="majorHAnsi" w:cstheme="majorHAnsi"/>
        </w:rPr>
        <w:br w:type="page"/>
      </w:r>
    </w:p>
    <w:p w14:paraId="5C8D6291" w14:textId="77777777" w:rsidR="003F4339" w:rsidRPr="008E6286" w:rsidRDefault="00000000">
      <w:pPr>
        <w:spacing w:before="40" w:after="160" w:line="240" w:lineRule="auto"/>
        <w:rPr>
          <w:rFonts w:asciiTheme="majorHAnsi" w:hAnsiTheme="majorHAnsi" w:cstheme="majorHAnsi"/>
        </w:rPr>
      </w:pPr>
      <w:r w:rsidRPr="008E6286">
        <w:rPr>
          <w:rFonts w:asciiTheme="majorHAnsi" w:hAnsiTheme="majorHAnsi" w:cstheme="majorHAnsi"/>
          <w:b/>
          <w:color w:val="17324D"/>
          <w:sz w:val="25"/>
        </w:rPr>
        <w:lastRenderedPageBreak/>
        <w:t>KRITISCHE ABHÄNGIGKEITEN UND DEIN NÄCHSTER SCHRITT</w:t>
      </w:r>
    </w:p>
    <w:tbl>
      <w:tblPr>
        <w:tblW w:w="10152" w:type="dxa"/>
        <w:jc w:val="center"/>
        <w:tblLayout w:type="fixed"/>
        <w:tblLook w:val="04A0" w:firstRow="1" w:lastRow="0" w:firstColumn="1" w:lastColumn="0" w:noHBand="0" w:noVBand="1"/>
      </w:tblPr>
      <w:tblGrid>
        <w:gridCol w:w="10152"/>
      </w:tblGrid>
      <w:tr w:rsidR="003F4339" w:rsidRPr="008E6286" w14:paraId="427775F6" w14:textId="77777777">
        <w:trPr>
          <w:cantSplit/>
          <w:jc w:val="center"/>
        </w:trPr>
        <w:tc>
          <w:tcPr>
            <w:tcW w:w="10152" w:type="dxa"/>
            <w:tcBorders>
              <w:top w:val="single" w:sz="8" w:space="0" w:color="17324D"/>
              <w:left w:val="single" w:sz="8" w:space="0" w:color="17324D"/>
              <w:right w:val="single" w:sz="8" w:space="0" w:color="17324D"/>
            </w:tcBorders>
            <w:shd w:val="clear" w:color="auto" w:fill="17324D"/>
            <w:tcMar>
              <w:top w:w="120" w:type="dxa"/>
              <w:left w:w="160" w:type="dxa"/>
              <w:bottom w:w="110" w:type="dxa"/>
              <w:right w:w="160" w:type="dxa"/>
            </w:tcMar>
            <w:vAlign w:val="center"/>
          </w:tcPr>
          <w:p w14:paraId="370B2AD8" w14:textId="77777777" w:rsidR="003F4339" w:rsidRPr="008E6286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b/>
                <w:color w:val="E9A23B"/>
                <w:sz w:val="20"/>
              </w:rPr>
              <w:t xml:space="preserve">TEST 5  </w:t>
            </w:r>
            <w:r w:rsidRPr="008E6286">
              <w:rPr>
                <w:rFonts w:asciiTheme="majorHAnsi" w:hAnsiTheme="majorHAnsi" w:cstheme="majorHAnsi"/>
                <w:b/>
                <w:color w:val="FFFFFF"/>
                <w:sz w:val="26"/>
              </w:rPr>
              <w:t>SYSTEME, PARTNER UND WISSEN</w:t>
            </w:r>
          </w:p>
        </w:tc>
      </w:tr>
      <w:tr w:rsidR="003F4339" w:rsidRPr="008E6286" w14:paraId="0AECEA3F" w14:textId="77777777">
        <w:trPr>
          <w:cantSplit/>
          <w:jc w:val="center"/>
        </w:trPr>
        <w:tc>
          <w:tcPr>
            <w:tcW w:w="10152" w:type="dxa"/>
            <w:tcBorders>
              <w:left w:val="single" w:sz="8" w:space="0" w:color="D6DEE5"/>
              <w:right w:val="single" w:sz="8" w:space="0" w:color="D6DEE5"/>
            </w:tcBorders>
            <w:shd w:val="clear" w:color="auto" w:fill="EAF2F7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BF541DE" w14:textId="77777777" w:rsidR="003F4339" w:rsidRPr="008E6286" w:rsidRDefault="00000000">
            <w:pPr>
              <w:spacing w:after="0" w:line="252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b/>
                <w:color w:val="2A6F97"/>
                <w:sz w:val="20"/>
              </w:rPr>
              <w:t>Eine zentrale Säule fällt aus. Welcher einzelne Punkt könnte dein Geschäft am stärksten stoppen?</w:t>
            </w:r>
          </w:p>
        </w:tc>
      </w:tr>
      <w:tr w:rsidR="003F4339" w:rsidRPr="008E6286" w14:paraId="6BBDCCF6" w14:textId="77777777">
        <w:trPr>
          <w:cantSplit/>
          <w:jc w:val="center"/>
        </w:trPr>
        <w:tc>
          <w:tcPr>
            <w:tcW w:w="10152" w:type="dxa"/>
            <w:tcBorders>
              <w:left w:val="single" w:sz="8" w:space="0" w:color="D6DEE5"/>
              <w:right w:val="single" w:sz="8" w:space="0" w:color="D6DEE5"/>
            </w:tcBorders>
            <w:tcMar>
              <w:top w:w="110" w:type="dxa"/>
              <w:left w:w="160" w:type="dxa"/>
              <w:bottom w:w="80" w:type="dxa"/>
              <w:right w:w="160" w:type="dxa"/>
            </w:tcMar>
            <w:vAlign w:val="center"/>
          </w:tcPr>
          <w:p w14:paraId="3DE32B75" w14:textId="77777777" w:rsidR="003F4339" w:rsidRPr="008E6286" w:rsidRDefault="00000000">
            <w:pPr>
              <w:spacing w:after="2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b/>
                <w:color w:val="5B6770"/>
                <w:sz w:val="18"/>
              </w:rPr>
              <w:t>Kritisches System / Plattform: __________________________________  Plan B: __________________</w:t>
            </w:r>
          </w:p>
          <w:p w14:paraId="4F0706AA" w14:textId="77777777" w:rsidR="003F4339" w:rsidRPr="008E6286" w:rsidRDefault="00000000">
            <w:pPr>
              <w:spacing w:after="2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b/>
                <w:color w:val="5B6770"/>
                <w:sz w:val="18"/>
              </w:rPr>
              <w:t>Kritischer Lieferant / Partner: __________________________________  Plan B: __________________</w:t>
            </w:r>
          </w:p>
          <w:p w14:paraId="5B977575" w14:textId="77777777" w:rsidR="003F4339" w:rsidRPr="008E6286" w:rsidRDefault="00000000">
            <w:pPr>
              <w:spacing w:after="2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b/>
                <w:color w:val="5B6770"/>
                <w:sz w:val="18"/>
              </w:rPr>
              <w:t>Kritische Person / Wissen: _______________________________________  Plan B: __________________</w:t>
            </w:r>
          </w:p>
          <w:p w14:paraId="5C81F134" w14:textId="77777777" w:rsidR="003F4339" w:rsidRPr="008E6286" w:rsidRDefault="00000000">
            <w:pPr>
              <w:spacing w:after="2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b/>
                <w:color w:val="5B6770"/>
                <w:sz w:val="18"/>
              </w:rPr>
              <w:t>Kritisches Gerät / Datenbestand: ________________________________  Plan B: __________________</w:t>
            </w:r>
          </w:p>
          <w:p w14:paraId="000F40B8" w14:textId="77777777" w:rsidR="003F4339" w:rsidRPr="008E6286" w:rsidRDefault="00000000">
            <w:pPr>
              <w:spacing w:after="2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b/>
                <w:color w:val="5B6770"/>
                <w:sz w:val="18"/>
              </w:rPr>
              <w:t>Mein größter Single Point of Failure:</w:t>
            </w:r>
          </w:p>
          <w:p w14:paraId="64328ABD" w14:textId="77777777" w:rsidR="003F4339" w:rsidRPr="008E6286" w:rsidRDefault="00000000">
            <w:pPr>
              <w:spacing w:after="4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color w:val="D6DEE5"/>
                <w:sz w:val="17"/>
              </w:rPr>
              <w:t>________________________________________________________________________________</w:t>
            </w:r>
          </w:p>
          <w:p w14:paraId="020161D6" w14:textId="77777777" w:rsidR="003F4339" w:rsidRPr="008E6286" w:rsidRDefault="00000000">
            <w:pPr>
              <w:spacing w:after="4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color w:val="D6DEE5"/>
                <w:sz w:val="17"/>
              </w:rPr>
              <w:t>________________________________________________________________________________</w:t>
            </w:r>
          </w:p>
          <w:p w14:paraId="0A130272" w14:textId="77777777" w:rsidR="003F4339" w:rsidRPr="008E6286" w:rsidRDefault="00000000">
            <w:pPr>
              <w:spacing w:after="2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b/>
                <w:color w:val="5B6770"/>
                <w:sz w:val="18"/>
              </w:rPr>
              <w:t>So teste ich, ob der Plan B wirklich funktioniert:</w:t>
            </w:r>
          </w:p>
          <w:p w14:paraId="16518FA2" w14:textId="77777777" w:rsidR="003F4339" w:rsidRPr="008E6286" w:rsidRDefault="00000000">
            <w:pPr>
              <w:spacing w:after="4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color w:val="D6DEE5"/>
                <w:sz w:val="17"/>
              </w:rPr>
              <w:t>________________________________________________________________________________</w:t>
            </w:r>
          </w:p>
          <w:p w14:paraId="51FFF782" w14:textId="77777777" w:rsidR="003F4339" w:rsidRPr="008E6286" w:rsidRDefault="00000000">
            <w:pPr>
              <w:spacing w:after="4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color w:val="D6DEE5"/>
                <w:sz w:val="17"/>
              </w:rPr>
              <w:t>________________________________________________________________________________</w:t>
            </w:r>
          </w:p>
          <w:p w14:paraId="63C7139F" w14:textId="77777777" w:rsidR="003F4339" w:rsidRPr="008E6286" w:rsidRDefault="00000000">
            <w:pPr>
              <w:spacing w:after="4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color w:val="D6DEE5"/>
                <w:sz w:val="17"/>
              </w:rPr>
              <w:t>________________________________________________________________________________</w:t>
            </w:r>
          </w:p>
          <w:p w14:paraId="6748B7BD" w14:textId="77777777" w:rsidR="003F4339" w:rsidRPr="008E6286" w:rsidRDefault="00000000">
            <w:pPr>
              <w:spacing w:before="20" w:after="2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i/>
                <w:color w:val="5B6770"/>
                <w:sz w:val="17"/>
              </w:rPr>
              <w:t>Ein Backup oder Ersatzweg ist erst dann belastbar, wenn Zugriff, Wiederherstellung oder Wechsel praktisch getestet wurden.</w:t>
            </w:r>
          </w:p>
        </w:tc>
      </w:tr>
      <w:tr w:rsidR="003F4339" w:rsidRPr="008E6286" w14:paraId="4C6D61DB" w14:textId="77777777">
        <w:trPr>
          <w:cantSplit/>
          <w:jc w:val="center"/>
        </w:trPr>
        <w:tc>
          <w:tcPr>
            <w:tcW w:w="10152" w:type="dxa"/>
            <w:tcBorders>
              <w:top w:val="single" w:sz="6" w:space="0" w:color="D6DEE5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B6CEA82" w14:textId="77777777" w:rsidR="003F4339" w:rsidRPr="008E6286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b/>
                <w:color w:val="5B6770"/>
                <w:sz w:val="18"/>
              </w:rPr>
              <w:t xml:space="preserve">STATUS   </w:t>
            </w:r>
            <w:r w:rsidRPr="008E6286">
              <w:rPr>
                <w:rFonts w:asciiTheme="majorHAnsi" w:hAnsiTheme="majorHAnsi" w:cstheme="majorHAnsi"/>
                <w:b/>
                <w:color w:val="3B6B35"/>
                <w:sz w:val="18"/>
              </w:rPr>
              <w:t>[ ] GRÜN</w:t>
            </w:r>
            <w:r w:rsidRPr="008E6286">
              <w:rPr>
                <w:rFonts w:asciiTheme="majorHAnsi" w:hAnsiTheme="majorHAnsi" w:cstheme="majorHAnsi"/>
                <w:b/>
                <w:color w:val="8A6815"/>
                <w:sz w:val="18"/>
              </w:rPr>
              <w:t xml:space="preserve">      [ ] GELB</w:t>
            </w:r>
            <w:r w:rsidRPr="008E6286">
              <w:rPr>
                <w:rFonts w:asciiTheme="majorHAnsi" w:hAnsiTheme="majorHAnsi" w:cstheme="majorHAnsi"/>
                <w:b/>
                <w:color w:val="9C3440"/>
                <w:sz w:val="18"/>
              </w:rPr>
              <w:t xml:space="preserve">      [ ] ROT</w:t>
            </w:r>
          </w:p>
        </w:tc>
      </w:tr>
      <w:tr w:rsidR="003F4339" w:rsidRPr="008E6286" w14:paraId="4405AFEA" w14:textId="77777777">
        <w:trPr>
          <w:cantSplit/>
          <w:jc w:val="center"/>
        </w:trPr>
        <w:tc>
          <w:tcPr>
            <w:tcW w:w="10152" w:type="dxa"/>
            <w:tcBorders>
              <w:left w:val="single" w:sz="8" w:space="0" w:color="D6DEE5"/>
              <w:bottom w:val="single" w:sz="8" w:space="0" w:color="D6DEE5"/>
              <w:right w:val="single" w:sz="8" w:space="0" w:color="D6DEE5"/>
            </w:tcBorders>
            <w:shd w:val="clear" w:color="auto" w:fill="F5F8FA"/>
            <w:tcMar>
              <w:top w:w="95" w:type="dxa"/>
              <w:left w:w="160" w:type="dxa"/>
              <w:bottom w:w="95" w:type="dxa"/>
              <w:right w:w="160" w:type="dxa"/>
            </w:tcMar>
            <w:vAlign w:val="center"/>
          </w:tcPr>
          <w:p w14:paraId="1B4FE64D" w14:textId="77777777" w:rsidR="003F4339" w:rsidRPr="008E6286" w:rsidRDefault="00000000">
            <w:pPr>
              <w:spacing w:after="2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b/>
                <w:color w:val="2A6F97"/>
                <w:sz w:val="18"/>
              </w:rPr>
              <w:t>MEIN PLAN B / NÄCHSTER SCHRITT</w:t>
            </w:r>
          </w:p>
          <w:p w14:paraId="6342E659" w14:textId="77777777" w:rsidR="003F4339" w:rsidRPr="008E6286" w:rsidRDefault="00000000">
            <w:pPr>
              <w:spacing w:after="2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color w:val="D6DEE5"/>
                <w:sz w:val="17"/>
              </w:rPr>
              <w:t>________________________________________________________________________________</w:t>
            </w:r>
          </w:p>
          <w:p w14:paraId="188BBE06" w14:textId="77777777" w:rsidR="003F4339" w:rsidRPr="008E6286" w:rsidRDefault="00000000">
            <w:pPr>
              <w:spacing w:after="2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color w:val="D6DEE5"/>
                <w:sz w:val="17"/>
              </w:rPr>
              <w:t>________________________________________________________________________________</w:t>
            </w:r>
          </w:p>
        </w:tc>
      </w:tr>
    </w:tbl>
    <w:p w14:paraId="293A85A4" w14:textId="77777777" w:rsidR="003F4339" w:rsidRPr="008E6286" w:rsidRDefault="003F4339">
      <w:pPr>
        <w:spacing w:after="100" w:line="240" w:lineRule="auto"/>
        <w:rPr>
          <w:rFonts w:asciiTheme="majorHAnsi" w:hAnsiTheme="majorHAnsi" w:cstheme="majorHAnsi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66"/>
        <w:gridCol w:w="60"/>
      </w:tblGrid>
      <w:tr w:rsidR="003F4339" w:rsidRPr="008E6286" w14:paraId="522C95E2" w14:textId="77777777">
        <w:trPr>
          <w:cantSplit/>
          <w:jc w:val="center"/>
        </w:trPr>
        <w:tc>
          <w:tcPr>
            <w:tcW w:w="10152" w:type="dxa"/>
            <w:gridSpan w:val="2"/>
            <w:tcBorders>
              <w:top w:val="single" w:sz="8" w:space="0" w:color="E9A23B"/>
              <w:left w:val="single" w:sz="8" w:space="0" w:color="E9A23B"/>
              <w:right w:val="single" w:sz="8" w:space="0" w:color="E9A23B"/>
            </w:tcBorders>
            <w:shd w:val="clear" w:color="auto" w:fill="E9A23B"/>
            <w:tcMar>
              <w:top w:w="110" w:type="dxa"/>
              <w:left w:w="160" w:type="dxa"/>
              <w:bottom w:w="105" w:type="dxa"/>
              <w:right w:w="160" w:type="dxa"/>
            </w:tcMar>
            <w:vAlign w:val="center"/>
          </w:tcPr>
          <w:p w14:paraId="4525B20E" w14:textId="77777777" w:rsidR="003F4339" w:rsidRPr="008E6286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b/>
                <w:color w:val="17324D"/>
                <w:sz w:val="26"/>
              </w:rPr>
              <w:t>MEIN EINER NÄCHSTER SCHRITT</w:t>
            </w:r>
          </w:p>
        </w:tc>
      </w:tr>
      <w:tr w:rsidR="003F4339" w:rsidRPr="008E6286" w14:paraId="3F0C5CD2" w14:textId="77777777">
        <w:trPr>
          <w:cantSplit/>
          <w:jc w:val="center"/>
        </w:trPr>
        <w:tc>
          <w:tcPr>
            <w:tcW w:w="10152" w:type="dxa"/>
            <w:gridSpan w:val="2"/>
            <w:tcBorders>
              <w:left w:val="single" w:sz="8" w:space="0" w:color="E9A23B"/>
              <w:bottom w:val="single" w:sz="8" w:space="0" w:color="E9A23B"/>
              <w:right w:val="single" w:sz="8" w:space="0" w:color="E9A23B"/>
            </w:tcBorders>
            <w:shd w:val="clear" w:color="auto" w:fill="FFF9ED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137ECDEE" w14:textId="77777777" w:rsidR="003F4339" w:rsidRPr="008E6286" w:rsidRDefault="003F4339">
            <w:pPr>
              <w:rPr>
                <w:rFonts w:asciiTheme="majorHAnsi" w:hAnsiTheme="majorHAnsi" w:cstheme="majorHAnsi"/>
              </w:rPr>
            </w:pPr>
          </w:p>
          <w:p w14:paraId="02AEDA3D" w14:textId="77777777" w:rsidR="003F4339" w:rsidRPr="008E6286" w:rsidRDefault="00000000">
            <w:pPr>
              <w:spacing w:after="2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b/>
                <w:color w:val="5B6770"/>
                <w:sz w:val="18"/>
              </w:rPr>
              <w:t>Mein größtes rotes oder gelbes Feld:</w:t>
            </w:r>
          </w:p>
          <w:p w14:paraId="08F7012C" w14:textId="77777777" w:rsidR="003F4339" w:rsidRPr="008E6286" w:rsidRDefault="00000000">
            <w:pPr>
              <w:spacing w:after="4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color w:val="D6DEE5"/>
                <w:sz w:val="17"/>
              </w:rPr>
              <w:t>________________________________________________________________________________</w:t>
            </w:r>
          </w:p>
          <w:p w14:paraId="06F4B282" w14:textId="77777777" w:rsidR="003F4339" w:rsidRPr="008E6286" w:rsidRDefault="00000000">
            <w:pPr>
              <w:spacing w:after="4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color w:val="D6DEE5"/>
                <w:sz w:val="17"/>
              </w:rPr>
              <w:t>________________________________________________________________________________</w:t>
            </w:r>
          </w:p>
          <w:p w14:paraId="7470CE33" w14:textId="77777777" w:rsidR="003F4339" w:rsidRPr="008E6286" w:rsidRDefault="00000000">
            <w:pPr>
              <w:spacing w:after="2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b/>
                <w:color w:val="5B6770"/>
                <w:sz w:val="18"/>
              </w:rPr>
              <w:t>Diese konkrete Maßnahme setze ich um:</w:t>
            </w:r>
          </w:p>
          <w:p w14:paraId="26A37930" w14:textId="77777777" w:rsidR="003F4339" w:rsidRPr="008E6286" w:rsidRDefault="00000000">
            <w:pPr>
              <w:spacing w:after="4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color w:val="D6DEE5"/>
                <w:sz w:val="17"/>
              </w:rPr>
              <w:t>________________________________________________________________________________</w:t>
            </w:r>
          </w:p>
          <w:p w14:paraId="686CE05B" w14:textId="77777777" w:rsidR="003F4339" w:rsidRPr="008E6286" w:rsidRDefault="00000000">
            <w:pPr>
              <w:spacing w:after="4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color w:val="D6DEE5"/>
                <w:sz w:val="17"/>
              </w:rPr>
              <w:t>________________________________________________________________________________</w:t>
            </w:r>
          </w:p>
          <w:p w14:paraId="33E7EC8F" w14:textId="77777777" w:rsidR="003F4339" w:rsidRPr="008E6286" w:rsidRDefault="00000000">
            <w:pPr>
              <w:spacing w:after="4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color w:val="D6DEE5"/>
                <w:sz w:val="17"/>
              </w:rPr>
              <w:t>________________________________________________________________________________</w:t>
            </w:r>
          </w:p>
          <w:p w14:paraId="636AFA32" w14:textId="77777777" w:rsidR="003F4339" w:rsidRPr="008E6286" w:rsidRDefault="00000000">
            <w:pPr>
              <w:spacing w:before="20" w:after="6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b/>
                <w:color w:val="5B6770"/>
                <w:sz w:val="18"/>
              </w:rPr>
              <w:t>Verantwortlich: ________________________________    Termin: __________________</w:t>
            </w:r>
          </w:p>
          <w:p w14:paraId="1A0D3E9C" w14:textId="77777777" w:rsidR="003F4339" w:rsidRPr="008E6286" w:rsidRDefault="00000000">
            <w:pPr>
              <w:spacing w:after="2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b/>
                <w:color w:val="5B6770"/>
                <w:sz w:val="18"/>
              </w:rPr>
              <w:t>Daran erkenne ich, dass das Risiko kleiner geworden ist:</w:t>
            </w:r>
          </w:p>
          <w:p w14:paraId="0927B679" w14:textId="77777777" w:rsidR="003F4339" w:rsidRPr="008E6286" w:rsidRDefault="00000000">
            <w:pPr>
              <w:spacing w:after="4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color w:val="D6DEE5"/>
                <w:sz w:val="17"/>
              </w:rPr>
              <w:t>________________________________________________________________________________</w:t>
            </w:r>
          </w:p>
          <w:p w14:paraId="53900497" w14:textId="77777777" w:rsidR="003F4339" w:rsidRPr="008E6286" w:rsidRDefault="00000000">
            <w:pPr>
              <w:spacing w:after="4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color w:val="D6DEE5"/>
                <w:sz w:val="17"/>
              </w:rPr>
              <w:t>________________________________________________________________________________</w:t>
            </w:r>
          </w:p>
          <w:p w14:paraId="570CFD61" w14:textId="77777777" w:rsidR="003F4339" w:rsidRPr="008E6286" w:rsidRDefault="00000000">
            <w:pPr>
              <w:spacing w:after="2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b/>
                <w:color w:val="5B6770"/>
                <w:sz w:val="18"/>
              </w:rPr>
              <w:t>Mein erster 15-Minuten-Schritt direkt nach diesem Test:</w:t>
            </w:r>
          </w:p>
          <w:p w14:paraId="28615AFD" w14:textId="77777777" w:rsidR="003F4339" w:rsidRPr="008E6286" w:rsidRDefault="00000000">
            <w:pPr>
              <w:spacing w:after="4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color w:val="D6DEE5"/>
                <w:sz w:val="17"/>
              </w:rPr>
              <w:t>________________________________________________________________________________</w:t>
            </w:r>
          </w:p>
          <w:p w14:paraId="39EC7334" w14:textId="77777777" w:rsidR="003F4339" w:rsidRPr="008E6286" w:rsidRDefault="00000000">
            <w:pPr>
              <w:spacing w:after="40" w:line="240" w:lineRule="auto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color w:val="D6DEE5"/>
                <w:sz w:val="17"/>
              </w:rPr>
              <w:t>________________________________________________________________________________</w:t>
            </w:r>
          </w:p>
        </w:tc>
      </w:tr>
      <w:tr w:rsidR="003F4339" w:rsidRPr="008E6286" w14:paraId="50E6E175" w14:textId="77777777">
        <w:trPr>
          <w:gridAfter w:val="1"/>
          <w:wAfter w:w="60" w:type="dxa"/>
          <w:jc w:val="center"/>
        </w:trPr>
        <w:tc>
          <w:tcPr>
            <w:tcW w:w="10166" w:type="dxa"/>
            <w:tcBorders>
              <w:top w:val="single" w:sz="8" w:space="0" w:color="17324D"/>
              <w:left w:val="single" w:sz="8" w:space="0" w:color="17324D"/>
              <w:bottom w:val="single" w:sz="8" w:space="0" w:color="17324D"/>
              <w:right w:val="single" w:sz="8" w:space="0" w:color="17324D"/>
            </w:tcBorders>
            <w:shd w:val="clear" w:color="auto" w:fill="17324D"/>
            <w:tcMar>
              <w:top w:w="140" w:type="dxa"/>
              <w:left w:w="220" w:type="dxa"/>
              <w:bottom w:w="140" w:type="dxa"/>
              <w:right w:w="220" w:type="dxa"/>
            </w:tcMar>
            <w:vAlign w:val="center"/>
          </w:tcPr>
          <w:p w14:paraId="5851B057" w14:textId="0B565EE5" w:rsidR="003F4339" w:rsidRPr="008E6286" w:rsidRDefault="00000000">
            <w:pPr>
              <w:spacing w:after="0" w:line="264" w:lineRule="auto"/>
              <w:jc w:val="center"/>
              <w:rPr>
                <w:rFonts w:asciiTheme="majorHAnsi" w:hAnsiTheme="majorHAnsi" w:cstheme="majorHAnsi"/>
              </w:rPr>
            </w:pPr>
            <w:r w:rsidRPr="008E6286">
              <w:rPr>
                <w:rFonts w:asciiTheme="majorHAnsi" w:hAnsiTheme="majorHAnsi" w:cstheme="majorHAnsi"/>
                <w:b/>
                <w:color w:val="FFFFFF"/>
                <w:sz w:val="22"/>
              </w:rPr>
              <w:t xml:space="preserve">Unternehmerische Sicherheit heißt nicht, dass nichts schiefgeht. </w:t>
            </w:r>
            <w:r w:rsidR="008E6286">
              <w:rPr>
                <w:rFonts w:asciiTheme="majorHAnsi" w:hAnsiTheme="majorHAnsi" w:cstheme="majorHAnsi"/>
                <w:b/>
                <w:color w:val="FFFFFF"/>
                <w:sz w:val="22"/>
              </w:rPr>
              <w:t>Sondern</w:t>
            </w:r>
            <w:r w:rsidRPr="008E6286">
              <w:rPr>
                <w:rFonts w:asciiTheme="majorHAnsi" w:hAnsiTheme="majorHAnsi" w:cstheme="majorHAnsi"/>
                <w:b/>
                <w:color w:val="FFFFFF"/>
                <w:sz w:val="22"/>
              </w:rPr>
              <w:t>, dass du handlungsfähig bleibst, wenn etwas schiefgeht.</w:t>
            </w:r>
          </w:p>
        </w:tc>
      </w:tr>
    </w:tbl>
    <w:p w14:paraId="446415E7" w14:textId="77777777" w:rsidR="00E10CD0" w:rsidRDefault="00E10CD0"/>
    <w:sectPr w:rsidR="00E10CD0" w:rsidSect="00034616">
      <w:headerReference w:type="default" r:id="rId8"/>
      <w:footerReference w:type="default" r:id="rId9"/>
      <w:pgSz w:w="12240" w:h="15840"/>
      <w:pgMar w:top="835" w:right="1037" w:bottom="792" w:left="1037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2379F" w14:textId="77777777" w:rsidR="00E10CD0" w:rsidRDefault="00E10CD0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D8FE271" w14:textId="77777777" w:rsidR="00E10CD0" w:rsidRDefault="00E10CD0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5BA35" w14:textId="77777777" w:rsidR="003F4339" w:rsidRDefault="003F4339">
    <w:pPr>
      <w:pStyle w:val="Fuzeile"/>
      <w:rPr>
        <w:rFonts w:hint="eastAsia"/>
      </w:rPr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5076"/>
      <w:gridCol w:w="5076"/>
    </w:tblGrid>
    <w:tr w:rsidR="003F4339" w14:paraId="2C00F9D2" w14:textId="77777777">
      <w:trPr>
        <w:jc w:val="center"/>
      </w:trPr>
      <w:tc>
        <w:tcPr>
          <w:tcW w:w="5076" w:type="dxa"/>
          <w:tcBorders>
            <w:top w:val="single" w:sz="4" w:space="0" w:color="D6DEE5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7CF570F2" w14:textId="7E96429B" w:rsidR="003F4339" w:rsidRDefault="008E6286">
          <w:pPr>
            <w:spacing w:before="40" w:after="0" w:line="240" w:lineRule="auto"/>
            <w:rPr>
              <w:rFonts w:hint="eastAsia"/>
            </w:rPr>
          </w:pPr>
          <w:proofErr w:type="spellStart"/>
          <w:r>
            <w:rPr>
              <w:color w:val="5B6770"/>
              <w:sz w:val="16"/>
            </w:rPr>
            <w:t>Erfolgs</w:t>
          </w:r>
          <w:proofErr w:type="spellEnd"/>
          <w:r>
            <w:rPr>
              <w:color w:val="5B6770"/>
              <w:sz w:val="16"/>
            </w:rPr>
            <w:t xml:space="preserve">-Letter </w:t>
          </w:r>
          <w:proofErr w:type="spellStart"/>
          <w:r>
            <w:rPr>
              <w:color w:val="5B6770"/>
              <w:sz w:val="16"/>
            </w:rPr>
            <w:t>Krisentest</w:t>
          </w:r>
          <w:proofErr w:type="spellEnd"/>
        </w:p>
      </w:tc>
      <w:tc>
        <w:tcPr>
          <w:tcW w:w="5076" w:type="dxa"/>
          <w:tcBorders>
            <w:top w:val="single" w:sz="4" w:space="0" w:color="D6DEE5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6EFAF11E" w14:textId="77777777" w:rsidR="003F4339" w:rsidRDefault="00000000">
          <w:pPr>
            <w:spacing w:before="40" w:after="0" w:line="240" w:lineRule="auto"/>
            <w:jc w:val="right"/>
            <w:rPr>
              <w:rFonts w:hint="eastAsia"/>
            </w:rPr>
          </w:pPr>
          <w:r>
            <w:rPr>
              <w:color w:val="5B6770"/>
              <w:sz w:val="17"/>
            </w:rPr>
            <w:fldChar w:fldCharType="begin"/>
          </w:r>
          <w:r>
            <w:rPr>
              <w:color w:val="5B6770"/>
              <w:sz w:val="17"/>
            </w:rPr>
            <w:instrText>PAGE</w:instrText>
          </w:r>
          <w:r w:rsidR="008E6286">
            <w:rPr>
              <w:rFonts w:hint="eastAsia"/>
              <w:color w:val="5B6770"/>
              <w:sz w:val="17"/>
            </w:rPr>
            <w:fldChar w:fldCharType="separate"/>
          </w:r>
          <w:r w:rsidR="008E6286">
            <w:rPr>
              <w:rFonts w:hint="eastAsia"/>
              <w:noProof/>
              <w:color w:val="5B6770"/>
              <w:sz w:val="17"/>
            </w:rPr>
            <w:t>1</w:t>
          </w:r>
          <w:r>
            <w:rPr>
              <w:color w:val="5B6770"/>
              <w:sz w:val="17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97EBF" w14:textId="77777777" w:rsidR="00E10CD0" w:rsidRDefault="00E10CD0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7169BA7" w14:textId="77777777" w:rsidR="00E10CD0" w:rsidRDefault="00E10CD0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EDF28" w14:textId="77777777" w:rsidR="003F4339" w:rsidRDefault="00000000">
    <w:pPr>
      <w:pStyle w:val="Kopfzeile"/>
      <w:jc w:val="right"/>
      <w:rPr>
        <w:rFonts w:hint="eastAsia"/>
      </w:rPr>
    </w:pPr>
    <w:r>
      <w:rPr>
        <w:b/>
        <w:color w:val="2A6F97"/>
        <w:sz w:val="16"/>
      </w:rPr>
      <w:t xml:space="preserve">BESSER </w:t>
    </w:r>
    <w:proofErr w:type="gramStart"/>
    <w:r>
      <w:rPr>
        <w:b/>
        <w:color w:val="2A6F97"/>
        <w:sz w:val="16"/>
      </w:rPr>
      <w:t>GRÜNDEN  |</w:t>
    </w:r>
    <w:proofErr w:type="gramEnd"/>
    <w:r>
      <w:rPr>
        <w:b/>
        <w:color w:val="2A6F97"/>
        <w:sz w:val="16"/>
      </w:rPr>
      <w:t xml:space="preserve">  WERKZEUGKASTEN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64991890">
    <w:abstractNumId w:val="8"/>
  </w:num>
  <w:num w:numId="2" w16cid:durableId="67845852">
    <w:abstractNumId w:val="6"/>
  </w:num>
  <w:num w:numId="3" w16cid:durableId="799306351">
    <w:abstractNumId w:val="5"/>
  </w:num>
  <w:num w:numId="4" w16cid:durableId="1111588467">
    <w:abstractNumId w:val="4"/>
  </w:num>
  <w:num w:numId="5" w16cid:durableId="350181720">
    <w:abstractNumId w:val="7"/>
  </w:num>
  <w:num w:numId="6" w16cid:durableId="1824808610">
    <w:abstractNumId w:val="3"/>
  </w:num>
  <w:num w:numId="7" w16cid:durableId="980623511">
    <w:abstractNumId w:val="2"/>
  </w:num>
  <w:num w:numId="8" w16cid:durableId="376046193">
    <w:abstractNumId w:val="1"/>
  </w:num>
  <w:num w:numId="9" w16cid:durableId="577402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F4339"/>
    <w:rsid w:val="008E6286"/>
    <w:rsid w:val="00AA1D8D"/>
    <w:rsid w:val="00AB314D"/>
    <w:rsid w:val="00B47730"/>
    <w:rsid w:val="00CB0664"/>
    <w:rsid w:val="00E10CD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E37401"/>
  <w14:defaultImageDpi w14:val="300"/>
  <w15:docId w15:val="{02474F97-A656-451C-99B1-9E6A06E0B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rPr>
      <w:rFonts w:ascii="Liberation Sans" w:hAnsi="Liberation Sans"/>
      <w:color w:val="1F2D3D"/>
      <w:sz w:val="21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1026</Words>
  <Characters>6469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 30-Minuten-Krisentest</dc:title>
  <dc:subject>Arbeitsvorlage zur Podcastfolge Besser gründen</dc:subject>
  <dc:creator>Besser gründen / Für-Gründer.de</dc:creator>
  <cp:keywords>Krisentest, Business, Resilienz, Notfallplan, Besser gründen</cp:keywords>
  <dc:description>generated by python-docx</dc:description>
  <cp:lastModifiedBy>Rene Klein</cp:lastModifiedBy>
  <cp:revision>2</cp:revision>
  <dcterms:created xsi:type="dcterms:W3CDTF">2026-10-10T19:34:00Z</dcterms:created>
  <dcterms:modified xsi:type="dcterms:W3CDTF">2026-10-10T19:34:00Z</dcterms:modified>
  <cp:category/>
</cp:coreProperties>
</file>